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  <w:rFonts w:ascii="Arial" w:hAnsi="Arial" w:cs="Arial"/>
        </w:rPr>
        <w:t>Appearance release</w:t>
      </w:r>
    </w:p>
    <w:p>
      <w:r>
        <w:rPr>
          <w:b w:val="0"/>
          <w:color w:val="5A5A5A"/>
          <w:sz w:val="20"/>
          <w:rFonts w:ascii="Arial" w:hAnsi="Arial" w:cs="Arial"/>
        </w:rPr>
        <w:t>Consent from a person who appears on camera (contributor, interviewee, extra) to use their image and voice.</w:t>
      </w:r>
    </w:p>
    <w:p>
      <w:r>
        <w:rPr>
          <w:b/>
          <w:color w:val="967314"/>
          <w:sz w:val="26"/>
          <w:rFonts w:ascii="Arial" w:hAnsi="Arial" w:cs="Arial"/>
        </w:rPr>
        <w:t>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Full name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Address, phone, email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Date and place of filming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Production company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Project title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Fee (if any)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Consent</w:t>
      </w:r>
    </w:p>
    <w:p>
      <w:r>
        <w:rPr>
          <w:b w:val="0"/>
          <w:sz w:val="21"/>
          <w:rFonts w:ascii="Arial" w:hAnsi="Arial" w:cs="Arial"/>
        </w:rPr>
        <w:t>1. I agree to be filmed, photographed and recorded for the project named above.</w:t>
      </w:r>
    </w:p>
    <w:p>
      <w:r>
        <w:rPr>
          <w:b w:val="0"/>
          <w:sz w:val="21"/>
          <w:rFonts w:ascii="Arial" w:hAnsi="Arial" w:cs="Arial"/>
        </w:rPr>
        <w:t>2. The production may use, edit and publish my image, voice and name in the project and its promotion, in all media, worldwide, without time limit, unless limited here: ___.</w:t>
      </w:r>
    </w:p>
    <w:p>
      <w:r>
        <w:rPr>
          <w:b w:val="0"/>
          <w:sz w:val="21"/>
          <w:rFonts w:ascii="Arial" w:hAnsi="Arial" w:cs="Arial"/>
        </w:rPr>
        <w:t>3. I understand that I am not entitled to further payment beyond any fee stated above.</w:t>
      </w:r>
    </w:p>
    <w:p>
      <w:r>
        <w:rPr>
          <w:b w:val="0"/>
          <w:sz w:val="21"/>
          <w:rFonts w:ascii="Arial" w:hAnsi="Arial" w:cs="Arial"/>
        </w:rPr>
        <w:t>4. Minors: a parent or legal guardian must sign below.</w:t>
      </w:r>
    </w:p>
    <w:p/>
    <w:p>
      <w:r>
        <w:rPr>
          <w:b/>
          <w:color w:val="967314"/>
          <w:sz w:val="26"/>
          <w:rFonts w:ascii="Arial" w:hAnsi="Arial" w:cs="Arial"/>
        </w:rP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  <w:sz w:val="20"/>
                <w:rFonts w:ascii="Arial" w:hAnsi="Arial" w:cs="Arial"/>
              </w:rPr>
              <w:t>Person filmed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Name: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Signature: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Date: __________________</w:t>
            </w:r>
          </w:p>
        </w:tc>
        <w:tc>
          <w:tcPr>
            <w:tcW w:type="dxa" w:w="3400"/>
          </w:tcPr>
          <w:p>
            <w:r>
              <w:rPr>
                <w:b/>
                <w:sz w:val="20"/>
                <w:rFonts w:ascii="Arial" w:hAnsi="Arial" w:cs="Arial"/>
              </w:rPr>
              <w:t>Parent / guardian (if under 18)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Name: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Signature: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Date: __________________</w:t>
            </w:r>
          </w:p>
        </w:tc>
        <w:tc>
          <w:tcPr>
            <w:tcW w:type="dxa" w:w="3400"/>
          </w:tcPr>
          <w:p>
            <w:r>
              <w:rPr>
                <w:b/>
                <w:sz w:val="20"/>
                <w:rFonts w:ascii="Arial" w:hAnsi="Arial" w:cs="Arial"/>
              </w:rPr>
              <w:t>For the production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Name: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Signature: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Date: __________________</w:t>
            </w:r>
          </w:p>
        </w:tc>
      </w:tr>
    </w:tbl>
    <w:p/>
    <w:p>
      <w:r>
        <w:rPr>
          <w:b w:val="0"/>
          <w:color w:val="6E6E6E"/>
          <w:sz w:val="17"/>
          <w:rFonts w:ascii="Arial" w:hAnsi="Arial" w:cs="Arial"/>
        </w:rPr>
        <w:t>Generic template provided for convenience. It is not legal advice and may not suit your project or country: have it reviewed by a qualified lawyer before use.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Appearance release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