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Fonts w:ascii="Arial" w:hAnsi="Arial" w:cs="Arial"/>
        </w:rPr>
        <w:t>Autorisation de droit à l’image</w:t>
      </w:r>
    </w:p>
    <w:p>
      <w:r>
        <w:rPr>
          <w:b w:val="0"/>
          <w:color w:val="5A5A5A"/>
          <w:sz w:val="20"/>
          <w:rFonts w:ascii="Arial" w:hAnsi="Arial" w:cs="Arial"/>
        </w:rPr>
        <w:t>Le consentement d’une personne filmée (intervenant, interviewé, figurant) à l’utilisation de son image et de sa voix.</w:t>
      </w:r>
    </w:p>
    <w:p>
      <w:r>
        <w:rPr>
          <w:b/>
          <w:color w:val="967314"/>
          <w:sz w:val="26"/>
          <w:rFonts w:ascii="Arial" w:hAnsi="Arial" w:cs="Arial"/>
        </w:rPr>
        <w:t>Informations</w:t>
      </w:r>
    </w:p>
    <w:tbl>
      <w:tblPr>
        <w:tblStyle w:val="TableGrid"/>
        <w:tblW w:type="auto" w:w="0"/>
        <w:tblLook w:firstColumn="1" w:firstRow="1" w:lastColumn="0" w:lastRow="0" w:noHBand="0" w:noVBand="1" w:val="04A0"/>
      </w:tblPr>
      <w:tblGrid>
        <w:gridCol w:w="5100"/>
        <w:gridCol w:w="5100"/>
      </w:tblGrid>
      <w:tr>
        <w:trPr>
          <w:trHeight w:val="482"/>
        </w:trPr>
        <w:tc>
          <w:tcPr>
            <w:tcW w:type="dxa" w:w="3402"/>
          </w:tcPr>
          <w:p>
            <w:r/>
            <w:r>
              <w:rPr>
                <w:b/>
                <w:sz w:val="20"/>
                <w:rFonts w:ascii="Arial" w:hAnsi="Arial" w:cs="Arial"/>
              </w:rPr>
              <w:t>Nom complet</w:t>
            </w:r>
          </w:p>
        </w:tc>
        <w:tc>
          <w:tcPr>
            <w:tcW w:type="dxa" w:w="6463"/>
          </w:tcPr>
          <w:p/>
        </w:tc>
      </w:tr>
      <w:tr>
        <w:trPr>
          <w:trHeight w:val="482"/>
        </w:trPr>
        <w:tc>
          <w:tcPr>
            <w:tcW w:type="dxa" w:w="3402"/>
          </w:tcPr>
          <w:p>
            <w:r/>
            <w:r>
              <w:rPr>
                <w:b/>
                <w:sz w:val="20"/>
                <w:rFonts w:ascii="Arial" w:hAnsi="Arial" w:cs="Arial"/>
              </w:rPr>
              <w:t>Adresse, téléphone, e-mail</w:t>
            </w:r>
          </w:p>
        </w:tc>
        <w:tc>
          <w:tcPr>
            <w:tcW w:type="dxa" w:w="6463"/>
          </w:tcPr>
          <w:p/>
        </w:tc>
      </w:tr>
      <w:tr>
        <w:trPr>
          <w:trHeight w:val="482"/>
        </w:trPr>
        <w:tc>
          <w:tcPr>
            <w:tcW w:type="dxa" w:w="3402"/>
          </w:tcPr>
          <w:p>
            <w:r/>
            <w:r>
              <w:rPr>
                <w:b/>
                <w:sz w:val="20"/>
                <w:rFonts w:ascii="Arial" w:hAnsi="Arial" w:cs="Arial"/>
              </w:rPr>
              <w:t>Date et lieu du tournage</w:t>
            </w:r>
          </w:p>
        </w:tc>
        <w:tc>
          <w:tcPr>
            <w:tcW w:type="dxa" w:w="6463"/>
          </w:tcPr>
          <w:p/>
        </w:tc>
      </w:tr>
      <w:tr>
        <w:trPr>
          <w:trHeight w:val="482"/>
        </w:trPr>
        <w:tc>
          <w:tcPr>
            <w:tcW w:type="dxa" w:w="3402"/>
          </w:tcPr>
          <w:p>
            <w:r/>
            <w:r>
              <w:rPr>
                <w:b/>
                <w:sz w:val="20"/>
                <w:rFonts w:ascii="Arial" w:hAnsi="Arial" w:cs="Arial"/>
              </w:rPr>
              <w:t>Société de production</w:t>
            </w:r>
          </w:p>
        </w:tc>
        <w:tc>
          <w:tcPr>
            <w:tcW w:type="dxa" w:w="6463"/>
          </w:tcPr>
          <w:p/>
        </w:tc>
      </w:tr>
      <w:tr>
        <w:trPr>
          <w:trHeight w:val="482"/>
        </w:trPr>
        <w:tc>
          <w:tcPr>
            <w:tcW w:type="dxa" w:w="3402"/>
          </w:tcPr>
          <w:p>
            <w:r/>
            <w:r>
              <w:rPr>
                <w:b/>
                <w:sz w:val="20"/>
                <w:rFonts w:ascii="Arial" w:hAnsi="Arial" w:cs="Arial"/>
              </w:rPr>
              <w:t>Titre du projet</w:t>
            </w:r>
          </w:p>
        </w:tc>
        <w:tc>
          <w:tcPr>
            <w:tcW w:type="dxa" w:w="6463"/>
          </w:tcPr>
          <w:p/>
        </w:tc>
      </w:tr>
      <w:tr>
        <w:trPr>
          <w:trHeight w:val="482"/>
        </w:trPr>
        <w:tc>
          <w:tcPr>
            <w:tcW w:type="dxa" w:w="3402"/>
          </w:tcPr>
          <w:p>
            <w:r/>
            <w:r>
              <w:rPr>
                <w:b/>
                <w:sz w:val="20"/>
                <w:rFonts w:ascii="Arial" w:hAnsi="Arial" w:cs="Arial"/>
              </w:rPr>
              <w:t>Rémunération (le cas échéant)</w:t>
            </w:r>
          </w:p>
        </w:tc>
        <w:tc>
          <w:tcPr>
            <w:tcW w:type="dxa" w:w="6463"/>
          </w:tcPr>
          <w:p/>
        </w:tc>
      </w:tr>
    </w:tbl>
    <w:p/>
    <w:p>
      <w:r>
        <w:rPr>
          <w:b/>
          <w:color w:val="967314"/>
          <w:sz w:val="26"/>
          <w:rFonts w:ascii="Arial" w:hAnsi="Arial" w:cs="Arial"/>
        </w:rPr>
        <w:t>Consentement</w:t>
      </w:r>
    </w:p>
    <w:p>
      <w:r>
        <w:rPr>
          <w:b w:val="0"/>
          <w:sz w:val="21"/>
          <w:rFonts w:ascii="Arial" w:hAnsi="Arial" w:cs="Arial"/>
        </w:rPr>
        <w:t>1. J’accepte d’être filmé·e, photographié·e et enregistré·e pour le projet ci-dessus.</w:t>
      </w:r>
    </w:p>
    <w:p>
      <w:r>
        <w:rPr>
          <w:b w:val="0"/>
          <w:sz w:val="21"/>
          <w:rFonts w:ascii="Arial" w:hAnsi="Arial" w:cs="Arial"/>
        </w:rPr>
        <w:t>2. La production peut utiliser, monter et diffuser mon image, ma voix et mon nom dans le projet et sa promotion, sur tous supports, dans le monde entier, sans limite de durée, sauf restriction ici : ___.</w:t>
      </w:r>
    </w:p>
    <w:p>
      <w:r>
        <w:rPr>
          <w:b w:val="0"/>
          <w:sz w:val="21"/>
          <w:rFonts w:ascii="Arial" w:hAnsi="Arial" w:cs="Arial"/>
        </w:rPr>
        <w:t>3. Je comprends que je ne peux prétendre à aucune autre rémunération que celle indiquée ci-dessus.</w:t>
      </w:r>
    </w:p>
    <w:p>
      <w:r>
        <w:rPr>
          <w:b w:val="0"/>
          <w:sz w:val="21"/>
          <w:rFonts w:ascii="Arial" w:hAnsi="Arial" w:cs="Arial"/>
        </w:rPr>
        <w:t>4. Mineurs : un parent ou tuteur légal doit signer ci-dessous.</w:t>
      </w:r>
    </w:p>
    <w:p/>
    <w:p>
      <w:r>
        <w:rPr>
          <w:b/>
          <w:color w:val="967314"/>
          <w:sz w:val="26"/>
          <w:rFonts w:ascii="Arial" w:hAnsi="Arial" w:cs="Arial"/>
        </w:rPr>
        <w:t>Signatures</w:t>
      </w:r>
    </w:p>
    <w:tbl>
      <w:tblPr>
        <w:tblStyle w:val="TableGrid"/>
        <w:tblW w:type="auto" w:w="0"/>
        <w:tblLook w:firstColumn="1" w:firstRow="1" w:lastColumn="0" w:lastRow="0" w:noHBand="0" w:noVBand="1" w:val="04A0"/>
      </w:tblPr>
      <w:tblGrid>
        <w:gridCol w:w="3400"/>
        <w:gridCol w:w="3400"/>
        <w:gridCol w:w="3400"/>
      </w:tblGrid>
      <w:tr>
        <w:tc>
          <w:tcPr>
            <w:tcW w:type="dxa" w:w="3400"/>
          </w:tcPr>
          <w:p>
            <w:r>
              <w:rPr>
                <w:b/>
                <w:sz w:val="20"/>
                <w:rFonts w:ascii="Arial" w:hAnsi="Arial" w:cs="Arial"/>
              </w:rPr>
              <w:t>Personne filmée</w:t>
            </w:r>
          </w:p>
          <w:p>
            <w:r>
              <w:rPr>
                <w:b w:val="0"/>
                <w:sz w:val="20"/>
                <w:rFonts w:ascii="Arial" w:hAnsi="Arial" w:cs="Arial"/>
              </w:rPr>
              <w:t>Nom: __________________</w:t>
            </w:r>
          </w:p>
          <w:p>
            <w:r>
              <w:rPr>
                <w:b w:val="0"/>
                <w:sz w:val="20"/>
                <w:rFonts w:ascii="Arial" w:hAnsi="Arial" w:cs="Arial"/>
              </w:rPr>
              <w:t>Signature: __________________</w:t>
            </w:r>
          </w:p>
          <w:p>
            <w:r>
              <w:rPr>
                <w:b w:val="0"/>
                <w:sz w:val="20"/>
                <w:rFonts w:ascii="Arial" w:hAnsi="Arial" w:cs="Arial"/>
              </w:rPr>
              <w:t>Date: __________________</w:t>
            </w:r>
          </w:p>
        </w:tc>
        <w:tc>
          <w:tcPr>
            <w:tcW w:type="dxa" w:w="3400"/>
          </w:tcPr>
          <w:p>
            <w:r>
              <w:rPr>
                <w:b/>
                <w:sz w:val="20"/>
                <w:rFonts w:ascii="Arial" w:hAnsi="Arial" w:cs="Arial"/>
              </w:rPr>
              <w:t>Parent / tuteur (si moins de 18 ans)</w:t>
            </w:r>
          </w:p>
          <w:p>
            <w:r>
              <w:rPr>
                <w:b w:val="0"/>
                <w:sz w:val="20"/>
                <w:rFonts w:ascii="Arial" w:hAnsi="Arial" w:cs="Arial"/>
              </w:rPr>
              <w:t>Nom: __________________</w:t>
            </w:r>
          </w:p>
          <w:p>
            <w:r>
              <w:rPr>
                <w:b w:val="0"/>
                <w:sz w:val="20"/>
                <w:rFonts w:ascii="Arial" w:hAnsi="Arial" w:cs="Arial"/>
              </w:rPr>
              <w:t>Signature: __________________</w:t>
            </w:r>
          </w:p>
          <w:p>
            <w:r>
              <w:rPr>
                <w:b w:val="0"/>
                <w:sz w:val="20"/>
                <w:rFonts w:ascii="Arial" w:hAnsi="Arial" w:cs="Arial"/>
              </w:rPr>
              <w:t>Date: __________________</w:t>
            </w:r>
          </w:p>
        </w:tc>
        <w:tc>
          <w:tcPr>
            <w:tcW w:type="dxa" w:w="3400"/>
          </w:tcPr>
          <w:p>
            <w:r>
              <w:rPr>
                <w:b/>
                <w:sz w:val="20"/>
                <w:rFonts w:ascii="Arial" w:hAnsi="Arial" w:cs="Arial"/>
              </w:rPr>
              <w:t>Pour la production</w:t>
            </w:r>
          </w:p>
          <w:p>
            <w:r>
              <w:rPr>
                <w:b w:val="0"/>
                <w:sz w:val="20"/>
                <w:rFonts w:ascii="Arial" w:hAnsi="Arial" w:cs="Arial"/>
              </w:rPr>
              <w:t>Nom: __________________</w:t>
            </w:r>
          </w:p>
          <w:p>
            <w:r>
              <w:rPr>
                <w:b w:val="0"/>
                <w:sz w:val="20"/>
                <w:rFonts w:ascii="Arial" w:hAnsi="Arial" w:cs="Arial"/>
              </w:rPr>
              <w:t>Signature: __________________</w:t>
            </w:r>
          </w:p>
          <w:p>
            <w:r>
              <w:rPr>
                <w:b w:val="0"/>
                <w:sz w:val="20"/>
                <w:rFonts w:ascii="Arial" w:hAnsi="Arial" w:cs="Arial"/>
              </w:rPr>
              <w:t>Date: __________________</w:t>
            </w:r>
          </w:p>
        </w:tc>
      </w:tr>
    </w:tbl>
    <w:p/>
    <w:p>
      <w:r>
        <w:rPr>
          <w:b w:val="0"/>
          <w:color w:val="6E6E6E"/>
          <w:sz w:val="17"/>
          <w:rFonts w:ascii="Arial" w:hAnsi="Arial" w:cs="Arial"/>
        </w:rPr>
        <w:t>Modèle générique fourni à titre pratique. Ce n’est pas un conseil juridique et il peut ne pas convenir à votre projet ou à votre pays : faites-le relire par un avocat qualifié avant usage.</w:t>
      </w:r>
    </w:p>
    <w:p>
      <w:r>
        <w:rPr>
          <w:b w:val="0"/>
          <w:color w:val="8C8C8C"/>
          <w:sz w:val="16"/>
          <w:rFonts w:ascii="Arial" w:hAnsi="Arial" w:cs="Arial"/>
        </w:rPr>
        <w:t>Rolling Now · rollingnow.com · 2026-10-17</w:t>
      </w:r>
    </w:p>
    <w:sectPr w:rsidR="00FC693F" w:rsidRPr="0006063C"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Autorisation de droit à l’image</dc:title>
  <dc:subject/>
  <dc:creator>Rolling Now</dc:creator>
  <cp:keywords/>
  <dc:description>generated by python-docx</dc:description>
  <cp:lastModifiedBy>Rolling Now</cp:lastModifiedBy>
  <cp:revision>1</cp:revision>
  <dcterms:created xsi:type="dcterms:W3CDTF">2026-10-17T00:00:00Z</dcterms:created>
  <dcterms:modified xsi:type="dcterms:W3CDTF">2026-10-17T00:00:00Z</dcterms:modified>
  <cp:category/>
</cp:coreProperties>
</file>