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</w:pPr>
      <w:r>
        <w:rPr>
          <w:b/>
          <w:sz w:val="40"/>
          <w:rFonts w:ascii="Arial" w:hAnsi="Arial" w:cs="Arial"/>
          <w:rtl w:val="1"/>
          <w:szCs w:val="40"/>
        </w:rPr>
        <w:t>مذكرة اتفاق مع فرد من الطاقم (Deal Memo)</w:t>
      </w:r>
    </w:p>
    <w:p>
      <w:pPr>
        <w:bidi w:val="1"/>
      </w:pPr>
      <w:r>
        <w:rPr>
          <w:b w:val="0"/>
          <w:color w:val="5A5A5A"/>
          <w:sz w:val="20"/>
          <w:rFonts w:ascii="Arial" w:hAnsi="Arial" w:cs="Arial"/>
          <w:rtl w:val="1"/>
          <w:szCs w:val="20"/>
        </w:rPr>
        <w:t>سجلّ مكتوب مختصر للشروط المتفق عليها مع فرد من الطاقم قبل التصوير.</w:t>
      </w:r>
    </w:p>
    <w:p>
      <w:pPr>
        <w:bidi w:val="1"/>
      </w:pPr>
      <w:r>
        <w:rPr>
          <w:b/>
          <w:color w:val="967314"/>
          <w:sz w:val="26"/>
          <w:rFonts w:ascii="Arial" w:hAnsi="Arial" w:cs="Arial"/>
          <w:rtl w:val="1"/>
          <w:szCs w:val="26"/>
        </w:rPr>
        <w:t>الأطراف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0"/>
        <w:gridCol w:w="5100"/>
      </w:tblGrid>
      <w:tr>
        <w:trPr>
          <w:trHeight w:val="482"/>
        </w:trPr>
        <w:tc>
          <w:tcPr>
            <w:tcW w:type="dxa" w:w="3402"/>
          </w:tcPr>
          <w:p>
            <w:pPr>
              <w:bidi w:val="1"/>
            </w:pPr>
            <w:r/>
            <w:r>
              <w:rPr>
                <w:b/>
                <w:sz w:val="20"/>
                <w:rFonts w:ascii="Arial" w:hAnsi="Arial" w:cs="Arial"/>
                <w:rtl w:val="1"/>
                <w:szCs w:val="20"/>
              </w:rPr>
              <w:t>شركة الإنتاج (الاسم، العنوان، رقم السجل)</w:t>
            </w:r>
          </w:p>
        </w:tc>
        <w:tc>
          <w:tcPr>
            <w:tcW w:type="dxa" w:w="6463"/>
          </w:tcPr>
          <w:p>
            <w:pPr>
              <w:bidi w:val="1"/>
            </w:pPr>
          </w:p>
        </w:tc>
      </w:tr>
      <w:tr>
        <w:trPr>
          <w:trHeight w:val="482"/>
        </w:trPr>
        <w:tc>
          <w:tcPr>
            <w:tcW w:type="dxa" w:w="3402"/>
          </w:tcPr>
          <w:p>
            <w:pPr>
              <w:bidi w:val="1"/>
            </w:pPr>
            <w:r/>
            <w:r>
              <w:rPr>
                <w:b/>
                <w:sz w:val="20"/>
                <w:rFonts w:ascii="Arial" w:hAnsi="Arial" w:cs="Arial"/>
                <w:rtl w:val="1"/>
                <w:szCs w:val="20"/>
              </w:rPr>
              <w:t>فرد الطاقم (الاسم الكامل، العنوان، رقم الهوية/الجواز)</w:t>
            </w:r>
          </w:p>
        </w:tc>
        <w:tc>
          <w:tcPr>
            <w:tcW w:type="dxa" w:w="6463"/>
          </w:tcPr>
          <w:p>
            <w:pPr>
              <w:bidi w:val="1"/>
            </w:pPr>
          </w:p>
        </w:tc>
      </w:tr>
      <w:tr>
        <w:trPr>
          <w:trHeight w:val="482"/>
        </w:trPr>
        <w:tc>
          <w:tcPr>
            <w:tcW w:type="dxa" w:w="3402"/>
          </w:tcPr>
          <w:p>
            <w:pPr>
              <w:bidi w:val="1"/>
            </w:pPr>
            <w:r/>
            <w:r>
              <w:rPr>
                <w:b/>
                <w:sz w:val="20"/>
                <w:rFonts w:ascii="Arial" w:hAnsi="Arial" w:cs="Arial"/>
                <w:rtl w:val="1"/>
                <w:szCs w:val="20"/>
              </w:rPr>
              <w:t>الهاتف والبريد الإلكتروني</w:t>
            </w:r>
          </w:p>
        </w:tc>
        <w:tc>
          <w:tcPr>
            <w:tcW w:type="dxa" w:w="6463"/>
          </w:tcPr>
          <w:p>
            <w:pPr>
              <w:bidi w:val="1"/>
            </w:pPr>
          </w:p>
        </w:tc>
      </w:tr>
    </w:tbl>
    <w:p/>
    <w:p>
      <w:pPr>
        <w:bidi w:val="1"/>
      </w:pPr>
      <w:r>
        <w:rPr>
          <w:b/>
          <w:color w:val="967314"/>
          <w:sz w:val="26"/>
          <w:rFonts w:ascii="Arial" w:hAnsi="Arial" w:cs="Arial"/>
          <w:rtl w:val="1"/>
          <w:szCs w:val="26"/>
        </w:rPr>
        <w:t>التعاقد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0"/>
        <w:gridCol w:w="5100"/>
      </w:tblGrid>
      <w:tr>
        <w:trPr>
          <w:trHeight w:val="482"/>
        </w:trPr>
        <w:tc>
          <w:tcPr>
            <w:tcW w:type="dxa" w:w="3402"/>
          </w:tcPr>
          <w:p>
            <w:pPr>
              <w:bidi w:val="1"/>
            </w:pPr>
            <w:r/>
            <w:r>
              <w:rPr>
                <w:b/>
                <w:sz w:val="20"/>
                <w:rFonts w:ascii="Arial" w:hAnsi="Arial" w:cs="Arial"/>
                <w:rtl w:val="1"/>
                <w:szCs w:val="20"/>
              </w:rPr>
              <w:t>اسم المشروع</w:t>
            </w:r>
          </w:p>
        </w:tc>
        <w:tc>
          <w:tcPr>
            <w:tcW w:type="dxa" w:w="6463"/>
          </w:tcPr>
          <w:p>
            <w:pPr>
              <w:bidi w:val="1"/>
            </w:pPr>
          </w:p>
        </w:tc>
      </w:tr>
      <w:tr>
        <w:trPr>
          <w:trHeight w:val="482"/>
        </w:trPr>
        <w:tc>
          <w:tcPr>
            <w:tcW w:type="dxa" w:w="3402"/>
          </w:tcPr>
          <w:p>
            <w:pPr>
              <w:bidi w:val="1"/>
            </w:pPr>
            <w:r/>
            <w:r>
              <w:rPr>
                <w:b/>
                <w:sz w:val="20"/>
                <w:rFonts w:ascii="Arial" w:hAnsi="Arial" w:cs="Arial"/>
                <w:rtl w:val="1"/>
                <w:szCs w:val="20"/>
              </w:rPr>
              <w:t>المنصب / القسم</w:t>
            </w:r>
          </w:p>
        </w:tc>
        <w:tc>
          <w:tcPr>
            <w:tcW w:type="dxa" w:w="6463"/>
          </w:tcPr>
          <w:p>
            <w:pPr>
              <w:bidi w:val="1"/>
            </w:pPr>
          </w:p>
        </w:tc>
      </w:tr>
      <w:tr>
        <w:trPr>
          <w:trHeight w:val="482"/>
        </w:trPr>
        <w:tc>
          <w:tcPr>
            <w:tcW w:type="dxa" w:w="3402"/>
          </w:tcPr>
          <w:p>
            <w:pPr>
              <w:bidi w:val="1"/>
            </w:pPr>
            <w:r/>
            <w:r>
              <w:rPr>
                <w:b/>
                <w:sz w:val="20"/>
                <w:rFonts w:ascii="Arial" w:hAnsi="Arial" w:cs="Arial"/>
                <w:rtl w:val="1"/>
                <w:szCs w:val="20"/>
              </w:rPr>
              <w:t>تاريخ البدء – تاريخ الانتهاء</w:t>
            </w:r>
          </w:p>
        </w:tc>
        <w:tc>
          <w:tcPr>
            <w:tcW w:type="dxa" w:w="6463"/>
          </w:tcPr>
          <w:p>
            <w:pPr>
              <w:bidi w:val="1"/>
            </w:pPr>
          </w:p>
        </w:tc>
      </w:tr>
      <w:tr>
        <w:trPr>
          <w:trHeight w:val="482"/>
        </w:trPr>
        <w:tc>
          <w:tcPr>
            <w:tcW w:type="dxa" w:w="3402"/>
          </w:tcPr>
          <w:p>
            <w:pPr>
              <w:bidi w:val="1"/>
            </w:pPr>
            <w:r/>
            <w:r>
              <w:rPr>
                <w:b/>
                <w:sz w:val="20"/>
                <w:rFonts w:ascii="Arial" w:hAnsi="Arial" w:cs="Arial"/>
                <w:rtl w:val="1"/>
                <w:szCs w:val="20"/>
              </w:rPr>
              <w:t>أيام التحضير / التصوير / الإنهاء</w:t>
            </w:r>
          </w:p>
        </w:tc>
        <w:tc>
          <w:tcPr>
            <w:tcW w:type="dxa" w:w="6463"/>
          </w:tcPr>
          <w:p>
            <w:pPr>
              <w:bidi w:val="1"/>
            </w:pPr>
          </w:p>
        </w:tc>
      </w:tr>
      <w:tr>
        <w:trPr>
          <w:trHeight w:val="482"/>
        </w:trPr>
        <w:tc>
          <w:tcPr>
            <w:tcW w:type="dxa" w:w="3402"/>
          </w:tcPr>
          <w:p>
            <w:pPr>
              <w:bidi w:val="1"/>
            </w:pPr>
            <w:r/>
            <w:r>
              <w:rPr>
                <w:b/>
                <w:sz w:val="20"/>
                <w:rFonts w:ascii="Arial" w:hAnsi="Arial" w:cs="Arial"/>
                <w:rtl w:val="1"/>
                <w:szCs w:val="20"/>
              </w:rPr>
              <w:t>مواقع التصوير</w:t>
            </w:r>
          </w:p>
        </w:tc>
        <w:tc>
          <w:tcPr>
            <w:tcW w:type="dxa" w:w="6463"/>
          </w:tcPr>
          <w:p>
            <w:pPr>
              <w:bidi w:val="1"/>
            </w:pPr>
          </w:p>
        </w:tc>
      </w:tr>
    </w:tbl>
    <w:p/>
    <w:p>
      <w:pPr>
        <w:bidi w:val="1"/>
      </w:pPr>
      <w:r>
        <w:rPr>
          <w:b/>
          <w:color w:val="967314"/>
          <w:sz w:val="26"/>
          <w:rFonts w:ascii="Arial" w:hAnsi="Arial" w:cs="Arial"/>
          <w:rtl w:val="1"/>
          <w:szCs w:val="26"/>
        </w:rPr>
        <w:t>الأجر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0"/>
        <w:gridCol w:w="5100"/>
      </w:tblGrid>
      <w:tr>
        <w:trPr>
          <w:trHeight w:val="482"/>
        </w:trPr>
        <w:tc>
          <w:tcPr>
            <w:tcW w:type="dxa" w:w="3402"/>
          </w:tcPr>
          <w:p>
            <w:pPr>
              <w:bidi w:val="1"/>
            </w:pPr>
            <w:r/>
            <w:r>
              <w:rPr>
                <w:b/>
                <w:sz w:val="20"/>
                <w:rFonts w:ascii="Arial" w:hAnsi="Arial" w:cs="Arial"/>
                <w:rtl w:val="1"/>
                <w:szCs w:val="20"/>
              </w:rPr>
              <w:t>الأجر (يومي / أسبوعي / مقطوع) والعملة</w:t>
            </w:r>
          </w:p>
        </w:tc>
        <w:tc>
          <w:tcPr>
            <w:tcW w:type="dxa" w:w="6463"/>
          </w:tcPr>
          <w:p>
            <w:pPr>
              <w:bidi w:val="1"/>
            </w:pPr>
          </w:p>
        </w:tc>
      </w:tr>
      <w:tr>
        <w:trPr>
          <w:trHeight w:val="482"/>
        </w:trPr>
        <w:tc>
          <w:tcPr>
            <w:tcW w:type="dxa" w:w="3402"/>
          </w:tcPr>
          <w:p>
            <w:pPr>
              <w:bidi w:val="1"/>
            </w:pPr>
            <w:r/>
            <w:r>
              <w:rPr>
                <w:b/>
                <w:sz w:val="20"/>
                <w:rFonts w:ascii="Arial" w:hAnsi="Arial" w:cs="Arial"/>
                <w:rtl w:val="1"/>
                <w:szCs w:val="20"/>
              </w:rPr>
              <w:t>يوم العمل القياسي (عدد الساعات)</w:t>
            </w:r>
          </w:p>
        </w:tc>
        <w:tc>
          <w:tcPr>
            <w:tcW w:type="dxa" w:w="6463"/>
          </w:tcPr>
          <w:p>
            <w:pPr>
              <w:bidi w:val="1"/>
            </w:pPr>
          </w:p>
        </w:tc>
      </w:tr>
      <w:tr>
        <w:trPr>
          <w:trHeight w:val="482"/>
        </w:trPr>
        <w:tc>
          <w:tcPr>
            <w:tcW w:type="dxa" w:w="3402"/>
          </w:tcPr>
          <w:p>
            <w:pPr>
              <w:bidi w:val="1"/>
            </w:pPr>
            <w:r/>
            <w:r>
              <w:rPr>
                <w:b/>
                <w:sz w:val="20"/>
                <w:rFonts w:ascii="Arial" w:hAnsi="Arial" w:cs="Arial"/>
                <w:rtl w:val="1"/>
                <w:szCs w:val="20"/>
              </w:rPr>
              <w:t>أجر الساعات الإضافية</w:t>
            </w:r>
          </w:p>
        </w:tc>
        <w:tc>
          <w:tcPr>
            <w:tcW w:type="dxa" w:w="6463"/>
          </w:tcPr>
          <w:p>
            <w:pPr>
              <w:bidi w:val="1"/>
            </w:pPr>
          </w:p>
        </w:tc>
      </w:tr>
      <w:tr>
        <w:trPr>
          <w:trHeight w:val="482"/>
        </w:trPr>
        <w:tc>
          <w:tcPr>
            <w:tcW w:type="dxa" w:w="3402"/>
          </w:tcPr>
          <w:p>
            <w:pPr>
              <w:bidi w:val="1"/>
            </w:pPr>
            <w:r/>
            <w:r>
              <w:rPr>
                <w:b/>
                <w:sz w:val="20"/>
                <w:rFonts w:ascii="Arial" w:hAnsi="Arial" w:cs="Arial"/>
                <w:rtl w:val="1"/>
                <w:szCs w:val="20"/>
              </w:rPr>
              <w:t>إيجار المعدات</w:t>
            </w:r>
          </w:p>
        </w:tc>
        <w:tc>
          <w:tcPr>
            <w:tcW w:type="dxa" w:w="6463"/>
          </w:tcPr>
          <w:p>
            <w:pPr>
              <w:bidi w:val="1"/>
            </w:pPr>
          </w:p>
        </w:tc>
      </w:tr>
      <w:tr>
        <w:trPr>
          <w:trHeight w:val="482"/>
        </w:trPr>
        <w:tc>
          <w:tcPr>
            <w:tcW w:type="dxa" w:w="3402"/>
          </w:tcPr>
          <w:p>
            <w:pPr>
              <w:bidi w:val="1"/>
            </w:pPr>
            <w:r/>
            <w:r>
              <w:rPr>
                <w:b/>
                <w:sz w:val="20"/>
                <w:rFonts w:ascii="Arial" w:hAnsi="Arial" w:cs="Arial"/>
                <w:rtl w:val="1"/>
                <w:szCs w:val="20"/>
              </w:rPr>
              <w:t>البدل اليومي والسفر والإقامة</w:t>
            </w:r>
          </w:p>
        </w:tc>
        <w:tc>
          <w:tcPr>
            <w:tcW w:type="dxa" w:w="6463"/>
          </w:tcPr>
          <w:p>
            <w:pPr>
              <w:bidi w:val="1"/>
            </w:pPr>
          </w:p>
        </w:tc>
      </w:tr>
      <w:tr>
        <w:trPr>
          <w:trHeight w:val="482"/>
        </w:trPr>
        <w:tc>
          <w:tcPr>
            <w:tcW w:type="dxa" w:w="3402"/>
          </w:tcPr>
          <w:p>
            <w:pPr>
              <w:bidi w:val="1"/>
            </w:pPr>
            <w:r/>
            <w:r>
              <w:rPr>
                <w:b/>
                <w:sz w:val="20"/>
                <w:rFonts w:ascii="Arial" w:hAnsi="Arial" w:cs="Arial"/>
                <w:rtl w:val="1"/>
                <w:szCs w:val="20"/>
              </w:rPr>
              <w:t>مواعيد وطريقة الدفع</w:t>
            </w:r>
          </w:p>
        </w:tc>
        <w:tc>
          <w:tcPr>
            <w:tcW w:type="dxa" w:w="6463"/>
          </w:tcPr>
          <w:p>
            <w:pPr>
              <w:bidi w:val="1"/>
            </w:pPr>
          </w:p>
        </w:tc>
      </w:tr>
      <w:tr>
        <w:trPr>
          <w:trHeight w:val="482"/>
        </w:trPr>
        <w:tc>
          <w:tcPr>
            <w:tcW w:type="dxa" w:w="3402"/>
          </w:tcPr>
          <w:p>
            <w:pPr>
              <w:bidi w:val="1"/>
            </w:pPr>
            <w:r/>
            <w:r>
              <w:rPr>
                <w:b/>
                <w:sz w:val="20"/>
                <w:rFonts w:ascii="Arial" w:hAnsi="Arial" w:cs="Arial"/>
                <w:rtl w:val="1"/>
                <w:szCs w:val="20"/>
              </w:rPr>
              <w:t>الضرائب / الفواتير</w:t>
            </w:r>
          </w:p>
        </w:tc>
        <w:tc>
          <w:tcPr>
            <w:tcW w:type="dxa" w:w="6463"/>
          </w:tcPr>
          <w:p>
            <w:pPr>
              <w:bidi w:val="1"/>
            </w:pPr>
          </w:p>
        </w:tc>
      </w:tr>
    </w:tbl>
    <w:p/>
    <w:p>
      <w:pPr>
        <w:bidi w:val="1"/>
      </w:pPr>
      <w:r>
        <w:rPr>
          <w:b/>
          <w:color w:val="967314"/>
          <w:sz w:val="26"/>
          <w:rFonts w:ascii="Arial" w:hAnsi="Arial" w:cs="Arial"/>
          <w:rtl w:val="1"/>
          <w:szCs w:val="26"/>
        </w:rPr>
        <w:t>الشروط</w:t>
      </w:r>
    </w:p>
    <w:p>
      <w:pPr>
        <w:bidi w:val="1"/>
      </w:pPr>
      <w:r>
        <w:rPr>
          <w:b w:val="0"/>
          <w:sz w:val="21"/>
          <w:rFonts w:ascii="Arial" w:hAnsi="Arial" w:cs="Arial"/>
          <w:rtl w:val="1"/>
          <w:szCs w:val="21"/>
        </w:rPr>
        <w:t>1. الإلغاء: إذا أُلغي التعاقد قبل أقل من ___ يومًا من تاريخ البدء، تدفع شركة الإنتاج ___.</w:t>
      </w:r>
    </w:p>
    <w:p>
      <w:pPr>
        <w:bidi w:val="1"/>
      </w:pPr>
      <w:r>
        <w:rPr>
          <w:b w:val="0"/>
          <w:sz w:val="21"/>
          <w:rFonts w:ascii="Arial" w:hAnsi="Arial" w:cs="Arial"/>
          <w:rtl w:val="1"/>
          <w:szCs w:val="21"/>
        </w:rPr>
        <w:t>2. الاعتمادات: يُذكر اسم فرد الطاقم بصفة «___» في شارة النهاية، وفق المونتاج النهائي.</w:t>
      </w:r>
    </w:p>
    <w:p>
      <w:pPr>
        <w:bidi w:val="1"/>
      </w:pPr>
      <w:r>
        <w:rPr>
          <w:b w:val="0"/>
          <w:sz w:val="21"/>
          <w:rFonts w:ascii="Arial" w:hAnsi="Arial" w:cs="Arial"/>
          <w:rtl w:val="1"/>
          <w:szCs w:val="21"/>
        </w:rPr>
        <w:t>3. نتاج العمل: كل ما يُنجز للمشروع خلال مدة التعاقد ملك لشركة الإنتاج في حدود ما يسمح به القانون المحلي.</w:t>
      </w:r>
    </w:p>
    <w:p>
      <w:pPr>
        <w:bidi w:val="1"/>
      </w:pPr>
      <w:r>
        <w:rPr>
          <w:b w:val="0"/>
          <w:sz w:val="21"/>
          <w:rFonts w:ascii="Arial" w:hAnsi="Arial" w:cs="Arial"/>
          <w:rtl w:val="1"/>
          <w:szCs w:val="21"/>
        </w:rPr>
        <w:t>4. السرية: لا يشارك فرد الطاقم السيناريو أو المواد المصوَّرة أو معلومات المشروع دون إذن مكتوب.</w:t>
      </w:r>
    </w:p>
    <w:p>
      <w:pPr>
        <w:bidi w:val="1"/>
      </w:pPr>
      <w:r>
        <w:rPr>
          <w:b w:val="0"/>
          <w:sz w:val="21"/>
          <w:rFonts w:ascii="Arial" w:hAnsi="Arial" w:cs="Arial"/>
          <w:rtl w:val="1"/>
          <w:szCs w:val="21"/>
        </w:rPr>
        <w:t>5. السلامة والتأمين: توفّر شركة الإنتاج بيئة عمل آمنة والتأمين اللازم للتصوير: ___.</w:t>
      </w:r>
    </w:p>
    <w:p>
      <w:pPr>
        <w:bidi w:val="1"/>
      </w:pPr>
      <w:r>
        <w:rPr>
          <w:b w:val="0"/>
          <w:sz w:val="21"/>
          <w:rFonts w:ascii="Arial" w:hAnsi="Arial" w:cs="Arial"/>
          <w:rtl w:val="1"/>
          <w:szCs w:val="21"/>
        </w:rPr>
        <w:t>6. القانون الواجب التطبيق: تخضع هذه المذكرة لقانون ___.</w:t>
      </w:r>
    </w:p>
    <w:p/>
    <w:p>
      <w:pPr>
        <w:bidi w:val="1"/>
      </w:pPr>
      <w:r>
        <w:rPr>
          <w:b/>
          <w:color w:val="967314"/>
          <w:sz w:val="26"/>
          <w:rFonts w:ascii="Arial" w:hAnsi="Arial" w:cs="Arial"/>
          <w:rtl w:val="1"/>
          <w:szCs w:val="26"/>
        </w:rPr>
        <w:t>التوقيعات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0"/>
        <w:gridCol w:w="5100"/>
      </w:tblGrid>
      <w:tr>
        <w:tc>
          <w:tcPr>
            <w:tcW w:type="dxa" w:w="5100"/>
          </w:tcPr>
          <w:p>
            <w:pPr>
              <w:bidi w:val="1"/>
            </w:pPr>
            <w:r>
              <w:rPr>
                <w:b/>
                <w:sz w:val="20"/>
                <w:rFonts w:ascii="Arial" w:hAnsi="Arial" w:cs="Arial"/>
                <w:rtl w:val="1"/>
                <w:szCs w:val="20"/>
              </w:rPr>
              <w:t>عن شركة الإنتاج</w:t>
            </w:r>
          </w:p>
          <w:p>
            <w:pPr>
              <w:bidi w:val="1"/>
            </w:pPr>
            <w:r>
              <w:rPr>
                <w:b w:val="0"/>
                <w:sz w:val="20"/>
                <w:rFonts w:ascii="Arial" w:hAnsi="Arial" w:cs="Arial"/>
                <w:rtl w:val="1"/>
                <w:szCs w:val="20"/>
              </w:rPr>
              <w:t>الاسم: __________________</w:t>
            </w:r>
          </w:p>
          <w:p>
            <w:pPr>
              <w:bidi w:val="1"/>
            </w:pPr>
            <w:r>
              <w:rPr>
                <w:b w:val="0"/>
                <w:sz w:val="20"/>
                <w:rFonts w:ascii="Arial" w:hAnsi="Arial" w:cs="Arial"/>
                <w:rtl w:val="1"/>
                <w:szCs w:val="20"/>
              </w:rPr>
              <w:t>التوقيع: __________________</w:t>
            </w:r>
          </w:p>
          <w:p>
            <w:pPr>
              <w:bidi w:val="1"/>
            </w:pPr>
            <w:r>
              <w:rPr>
                <w:b w:val="0"/>
                <w:sz w:val="20"/>
                <w:rFonts w:ascii="Arial" w:hAnsi="Arial" w:cs="Arial"/>
                <w:rtl w:val="1"/>
                <w:szCs w:val="20"/>
              </w:rPr>
              <w:t>التاريخ: __________________</w:t>
            </w:r>
          </w:p>
        </w:tc>
        <w:tc>
          <w:tcPr>
            <w:tcW w:type="dxa" w:w="5100"/>
          </w:tcPr>
          <w:p>
            <w:pPr>
              <w:bidi w:val="1"/>
            </w:pPr>
            <w:r>
              <w:rPr>
                <w:b/>
                <w:sz w:val="20"/>
                <w:rFonts w:ascii="Arial" w:hAnsi="Arial" w:cs="Arial"/>
                <w:rtl w:val="1"/>
                <w:szCs w:val="20"/>
              </w:rPr>
              <w:t>فرد الطاقم</w:t>
            </w:r>
          </w:p>
          <w:p>
            <w:pPr>
              <w:bidi w:val="1"/>
            </w:pPr>
            <w:r>
              <w:rPr>
                <w:b w:val="0"/>
                <w:sz w:val="20"/>
                <w:rFonts w:ascii="Arial" w:hAnsi="Arial" w:cs="Arial"/>
                <w:rtl w:val="1"/>
                <w:szCs w:val="20"/>
              </w:rPr>
              <w:t>الاسم: __________________</w:t>
            </w:r>
          </w:p>
          <w:p>
            <w:pPr>
              <w:bidi w:val="1"/>
            </w:pPr>
            <w:r>
              <w:rPr>
                <w:b w:val="0"/>
                <w:sz w:val="20"/>
                <w:rFonts w:ascii="Arial" w:hAnsi="Arial" w:cs="Arial"/>
                <w:rtl w:val="1"/>
                <w:szCs w:val="20"/>
              </w:rPr>
              <w:t>التوقيع: __________________</w:t>
            </w:r>
          </w:p>
          <w:p>
            <w:pPr>
              <w:bidi w:val="1"/>
            </w:pPr>
            <w:r>
              <w:rPr>
                <w:b w:val="0"/>
                <w:sz w:val="20"/>
                <w:rFonts w:ascii="Arial" w:hAnsi="Arial" w:cs="Arial"/>
                <w:rtl w:val="1"/>
                <w:szCs w:val="20"/>
              </w:rPr>
              <w:t>التاريخ: __________________</w:t>
            </w:r>
          </w:p>
        </w:tc>
      </w:tr>
    </w:tbl>
    <w:p/>
    <w:p>
      <w:pPr>
        <w:bidi w:val="1"/>
      </w:pPr>
      <w:r>
        <w:rPr>
          <w:b w:val="0"/>
          <w:color w:val="6E6E6E"/>
          <w:sz w:val="17"/>
          <w:rFonts w:ascii="Arial" w:hAnsi="Arial" w:cs="Arial"/>
          <w:rtl w:val="1"/>
          <w:szCs w:val="17"/>
        </w:rPr>
        <w:t>نموذج عام مُقدَّم للتسهيل. ليس استشارة قانونية وقد لا يناسب مشروعك أو بلدك: اعرضه على محامٍ مختص قبل استخدامه.</w:t>
      </w:r>
    </w:p>
    <w:p>
      <w:r>
        <w:rPr>
          <w:b w:val="0"/>
          <w:color w:val="8C8C8C"/>
          <w:sz w:val="16"/>
          <w:rFonts w:ascii="Arial" w:hAnsi="Arial" w:cs="Arial"/>
        </w:rPr>
        <w:t>Rolling Now · rollingnow.com · 2026-10-17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مذكرة اتفاق مع فرد من الطاقم (Deal Memo)</dc:title>
  <dc:subject/>
  <dc:creator>Rolling Now</dc:creator>
  <cp:keywords/>
  <dc:description>generated by python-docx</dc:description>
  <cp:lastModifiedBy>Rolling Now</cp:lastModifiedBy>
  <cp:revision>1</cp:revision>
  <dcterms:created xsi:type="dcterms:W3CDTF">2026-10-17T00:00:00Z</dcterms:created>
  <dcterms:modified xsi:type="dcterms:W3CDTF">2026-10-17T00:00:00Z</dcterms:modified>
  <cp:category/>
</cp:coreProperties>
</file>