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0"/>
          <w:rFonts w:ascii="Arial" w:hAnsi="Arial" w:cs="Arial"/>
        </w:rPr>
        <w:t>Crew deal memo</w:t>
      </w:r>
    </w:p>
    <w:p>
      <w:r>
        <w:rPr>
          <w:b w:val="0"/>
          <w:color w:val="5A5A5A"/>
          <w:sz w:val="20"/>
          <w:rFonts w:ascii="Arial" w:hAnsi="Arial" w:cs="Arial"/>
        </w:rPr>
        <w:t>A short written record of the terms agreed with a crew member before the shoot.</w:t>
      </w:r>
    </w:p>
    <w:p>
      <w:r>
        <w:rPr>
          <w:b/>
          <w:color w:val="967314"/>
          <w:sz w:val="26"/>
          <w:rFonts w:ascii="Arial" w:hAnsi="Arial" w:cs="Arial"/>
        </w:rPr>
        <w:t>Parties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Production company (name, address, registration no.)</w:t>
            </w:r>
          </w:p>
        </w:tc>
        <w:tc>
          <w:tcPr>
            <w:tcW w:type="dxa" w:w="6463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Crew member (full name, address, ID/passport no.)</w:t>
            </w:r>
          </w:p>
        </w:tc>
        <w:tc>
          <w:tcPr>
            <w:tcW w:type="dxa" w:w="6463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Phone &amp; email</w:t>
            </w:r>
          </w:p>
        </w:tc>
        <w:tc>
          <w:tcPr>
            <w:tcW w:type="dxa" w:w="6463"/>
          </w:tcPr>
          <w:p/>
        </w:tc>
      </w:tr>
    </w:tbl>
    <w:p/>
    <w:p>
      <w:r>
        <w:rPr>
          <w:b/>
          <w:color w:val="967314"/>
          <w:sz w:val="26"/>
          <w:rFonts w:ascii="Arial" w:hAnsi="Arial" w:cs="Arial"/>
        </w:rPr>
        <w:t>Engagement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Project title</w:t>
            </w:r>
          </w:p>
        </w:tc>
        <w:tc>
          <w:tcPr>
            <w:tcW w:type="dxa" w:w="6463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Position / department</w:t>
            </w:r>
          </w:p>
        </w:tc>
        <w:tc>
          <w:tcPr>
            <w:tcW w:type="dxa" w:w="6463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Start date – end date</w:t>
            </w:r>
          </w:p>
        </w:tc>
        <w:tc>
          <w:tcPr>
            <w:tcW w:type="dxa" w:w="6463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Prep / shoot / wrap days</w:t>
            </w:r>
          </w:p>
        </w:tc>
        <w:tc>
          <w:tcPr>
            <w:tcW w:type="dxa" w:w="6463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Shoot location(s)</w:t>
            </w:r>
          </w:p>
        </w:tc>
        <w:tc>
          <w:tcPr>
            <w:tcW w:type="dxa" w:w="6463"/>
          </w:tcPr>
          <w:p/>
        </w:tc>
      </w:tr>
    </w:tbl>
    <w:p/>
    <w:p>
      <w:r>
        <w:rPr>
          <w:b/>
          <w:color w:val="967314"/>
          <w:sz w:val="26"/>
          <w:rFonts w:ascii="Arial" w:hAnsi="Arial" w:cs="Arial"/>
        </w:rPr>
        <w:t>Pay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Rate (day / week / flat) and currency</w:t>
            </w:r>
          </w:p>
        </w:tc>
        <w:tc>
          <w:tcPr>
            <w:tcW w:type="dxa" w:w="6463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Standard working day (hours)</w:t>
            </w:r>
          </w:p>
        </w:tc>
        <w:tc>
          <w:tcPr>
            <w:tcW w:type="dxa" w:w="6463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Overtime rate</w:t>
            </w:r>
          </w:p>
        </w:tc>
        <w:tc>
          <w:tcPr>
            <w:tcW w:type="dxa" w:w="6463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Equipment / kit rental</w:t>
            </w:r>
          </w:p>
        </w:tc>
        <w:tc>
          <w:tcPr>
            <w:tcW w:type="dxa" w:w="6463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Per diem, travel and accommodation</w:t>
            </w:r>
          </w:p>
        </w:tc>
        <w:tc>
          <w:tcPr>
            <w:tcW w:type="dxa" w:w="6463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Payment schedule and method</w:t>
            </w:r>
          </w:p>
        </w:tc>
        <w:tc>
          <w:tcPr>
            <w:tcW w:type="dxa" w:w="6463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Taxes / invoicing</w:t>
            </w:r>
          </w:p>
        </w:tc>
        <w:tc>
          <w:tcPr>
            <w:tcW w:type="dxa" w:w="6463"/>
          </w:tcPr>
          <w:p/>
        </w:tc>
      </w:tr>
    </w:tbl>
    <w:p/>
    <w:p>
      <w:r>
        <w:rPr>
          <w:b/>
          <w:color w:val="967314"/>
          <w:sz w:val="26"/>
          <w:rFonts w:ascii="Arial" w:hAnsi="Arial" w:cs="Arial"/>
        </w:rPr>
        <w:t>Terms</w:t>
      </w:r>
    </w:p>
    <w:p>
      <w:r>
        <w:rPr>
          <w:b w:val="0"/>
          <w:sz w:val="21"/>
          <w:rFonts w:ascii="Arial" w:hAnsi="Arial" w:cs="Arial"/>
        </w:rPr>
        <w:t>1. Cancellation: if the engagement is cancelled less than ___ days before the start date, the production pays ___.</w:t>
      </w:r>
    </w:p>
    <w:p>
      <w:r>
        <w:rPr>
          <w:b w:val="0"/>
          <w:sz w:val="21"/>
          <w:rFonts w:ascii="Arial" w:hAnsi="Arial" w:cs="Arial"/>
        </w:rPr>
        <w:t>2. Credit: the crew member will be credited as “___” in the end credits, subject to the final edit.</w:t>
      </w:r>
    </w:p>
    <w:p>
      <w:r>
        <w:rPr>
          <w:b w:val="0"/>
          <w:sz w:val="21"/>
          <w:rFonts w:ascii="Arial" w:hAnsi="Arial" w:cs="Arial"/>
        </w:rPr>
        <w:t>3. Work product: everything created for the project during the engagement belongs to the production, as allowed by local law.</w:t>
      </w:r>
    </w:p>
    <w:p>
      <w:r>
        <w:rPr>
          <w:b w:val="0"/>
          <w:sz w:val="21"/>
          <w:rFonts w:ascii="Arial" w:hAnsi="Arial" w:cs="Arial"/>
        </w:rPr>
        <w:t>4. Confidentiality: the crew member will not share the script, footage or project information without written permission.</w:t>
      </w:r>
    </w:p>
    <w:p>
      <w:r>
        <w:rPr>
          <w:b w:val="0"/>
          <w:sz w:val="21"/>
          <w:rFonts w:ascii="Arial" w:hAnsi="Arial" w:cs="Arial"/>
        </w:rPr>
        <w:t>5. Safety and insurance: the production provides a safe workplace and the insurance required for the shoot: ___.</w:t>
      </w:r>
    </w:p>
    <w:p>
      <w:r>
        <w:rPr>
          <w:b w:val="0"/>
          <w:sz w:val="21"/>
          <w:rFonts w:ascii="Arial" w:hAnsi="Arial" w:cs="Arial"/>
        </w:rPr>
        <w:t>6. Governing law: this memo is governed by the law of ___.</w:t>
      </w:r>
    </w:p>
    <w:p/>
    <w:p>
      <w:r>
        <w:rPr>
          <w:b/>
          <w:color w:val="967314"/>
          <w:sz w:val="26"/>
          <w:rFonts w:ascii="Arial" w:hAnsi="Arial" w:cs="Arial"/>
        </w:rPr>
        <w:t>Signatures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rPr>
                <w:b/>
                <w:sz w:val="20"/>
                <w:rFonts w:ascii="Arial" w:hAnsi="Arial" w:cs="Arial"/>
              </w:rPr>
              <w:t>For the production</w:t>
            </w:r>
          </w:p>
          <w:p>
            <w:r>
              <w:rPr>
                <w:b w:val="0"/>
                <w:sz w:val="20"/>
                <w:rFonts w:ascii="Arial" w:hAnsi="Arial" w:cs="Arial"/>
              </w:rPr>
              <w:t>Name: __________________</w:t>
            </w:r>
          </w:p>
          <w:p>
            <w:r>
              <w:rPr>
                <w:b w:val="0"/>
                <w:sz w:val="20"/>
                <w:rFonts w:ascii="Arial" w:hAnsi="Arial" w:cs="Arial"/>
              </w:rPr>
              <w:t>Signature: __________________</w:t>
            </w:r>
          </w:p>
          <w:p>
            <w:r>
              <w:rPr>
                <w:b w:val="0"/>
                <w:sz w:val="20"/>
                <w:rFonts w:ascii="Arial" w:hAnsi="Arial" w:cs="Arial"/>
              </w:rPr>
              <w:t>Date: __________________</w:t>
            </w:r>
          </w:p>
        </w:tc>
        <w:tc>
          <w:tcPr>
            <w:tcW w:type="dxa" w:w="5100"/>
          </w:tcPr>
          <w:p>
            <w:r>
              <w:rPr>
                <w:b/>
                <w:sz w:val="20"/>
                <w:rFonts w:ascii="Arial" w:hAnsi="Arial" w:cs="Arial"/>
              </w:rPr>
              <w:t>Crew member</w:t>
            </w:r>
          </w:p>
          <w:p>
            <w:r>
              <w:rPr>
                <w:b w:val="0"/>
                <w:sz w:val="20"/>
                <w:rFonts w:ascii="Arial" w:hAnsi="Arial" w:cs="Arial"/>
              </w:rPr>
              <w:t>Name: __________________</w:t>
            </w:r>
          </w:p>
          <w:p>
            <w:r>
              <w:rPr>
                <w:b w:val="0"/>
                <w:sz w:val="20"/>
                <w:rFonts w:ascii="Arial" w:hAnsi="Arial" w:cs="Arial"/>
              </w:rPr>
              <w:t>Signature: __________________</w:t>
            </w:r>
          </w:p>
          <w:p>
            <w:r>
              <w:rPr>
                <w:b w:val="0"/>
                <w:sz w:val="20"/>
                <w:rFonts w:ascii="Arial" w:hAnsi="Arial" w:cs="Arial"/>
              </w:rPr>
              <w:t>Date: __________________</w:t>
            </w:r>
          </w:p>
        </w:tc>
      </w:tr>
    </w:tbl>
    <w:p/>
    <w:p>
      <w:r>
        <w:rPr>
          <w:b w:val="0"/>
          <w:color w:val="6E6E6E"/>
          <w:sz w:val="17"/>
          <w:rFonts w:ascii="Arial" w:hAnsi="Arial" w:cs="Arial"/>
        </w:rPr>
        <w:t>Generic template provided for convenience. It is not legal advice and may not suit your project or country: have it reviewed by a qualified lawyer before use.</w:t>
      </w:r>
    </w:p>
    <w:p>
      <w:r>
        <w:rPr>
          <w:b w:val="0"/>
          <w:color w:val="8C8C8C"/>
          <w:sz w:val="16"/>
          <w:rFonts w:ascii="Arial" w:hAnsi="Arial" w:cs="Arial"/>
        </w:rPr>
        <w:t>Rolling Now · rollingnow.com · 2026-10-17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Crew deal memo</dc:title>
  <dc:subject/>
  <dc:creator>Rolling Now</dc:creator>
  <cp:keywords/>
  <dc:description>generated by python-docx</dc:description>
  <cp:lastModifiedBy>Rolling Now</cp:lastModifiedBy>
  <cp:revision>1</cp:revision>
  <dcterms:created xsi:type="dcterms:W3CDTF">2026-10-17T00:00:00Z</dcterms:created>
  <dcterms:modified xsi:type="dcterms:W3CDTF">2026-10-17T00:00:00Z</dcterms:modified>
  <cp:category/>
</cp:coreProperties>
</file>